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9BC24" w14:textId="77777777" w:rsidR="00E57A63" w:rsidRDefault="004E3CA1">
      <w:pPr>
        <w:jc w:val="right"/>
        <w:rPr>
          <w:lang w:eastAsia="ja-JP"/>
        </w:rPr>
      </w:pPr>
      <w:r>
        <w:rPr>
          <w:sz w:val="20"/>
          <w:lang w:eastAsia="ja-JP"/>
        </w:rPr>
        <w:t>（様式</w:t>
      </w:r>
      <w:r>
        <w:rPr>
          <w:sz w:val="20"/>
          <w:lang w:eastAsia="ja-JP"/>
        </w:rPr>
        <w:t xml:space="preserve"> 7</w:t>
      </w:r>
      <w:r>
        <w:rPr>
          <w:sz w:val="20"/>
          <w:lang w:eastAsia="ja-JP"/>
        </w:rPr>
        <w:t>）</w:t>
      </w:r>
    </w:p>
    <w:p w14:paraId="32036C1F" w14:textId="77777777" w:rsidR="00E57A63" w:rsidRDefault="004E3CA1">
      <w:pPr>
        <w:pStyle w:val="TitleJ"/>
        <w:jc w:val="center"/>
        <w:rPr>
          <w:lang w:eastAsia="ja-JP"/>
        </w:rPr>
      </w:pPr>
      <w:r>
        <w:rPr>
          <w:lang w:eastAsia="ja-JP"/>
        </w:rPr>
        <w:t>骨粗鬆症マネージャー研修記録</w:t>
      </w:r>
    </w:p>
    <w:p w14:paraId="4857C032" w14:textId="77777777" w:rsidR="00E57A63" w:rsidRDefault="004E3CA1">
      <w:pPr>
        <w:jc w:val="right"/>
      </w:pPr>
      <w:proofErr w:type="spellStart"/>
      <w:r>
        <w:t>西暦</w:t>
      </w:r>
      <w:proofErr w:type="spellEnd"/>
      <w:r>
        <w:t xml:space="preserve">　　　　</w:t>
      </w:r>
      <w:proofErr w:type="gramStart"/>
      <w:r>
        <w:t>年　　月</w:t>
      </w:r>
      <w:proofErr w:type="gramEnd"/>
      <w:r>
        <w:t xml:space="preserve">　　日</w:t>
      </w:r>
    </w:p>
    <w:p w14:paraId="69751D52" w14:textId="77777777" w:rsidR="00E57A63" w:rsidRDefault="004E3CA1">
      <w:pPr>
        <w:spacing w:before="160"/>
      </w:pPr>
      <w:r>
        <w:rPr>
          <w:sz w:val="24"/>
        </w:rPr>
        <w:t>一般社団法人日本骨粗鬆症学会理事長殿</w:t>
      </w:r>
    </w:p>
    <w:p w14:paraId="4CF2C6DA" w14:textId="77777777" w:rsidR="00E57A63" w:rsidRDefault="004E3CA1">
      <w:pPr>
        <w:spacing w:before="480"/>
      </w:pPr>
      <w:r>
        <w:t>申請者</w:t>
      </w:r>
    </w:p>
    <w:p w14:paraId="44D109B7" w14:textId="1AB5F4EB" w:rsidR="00E57A63" w:rsidRDefault="004E3CA1" w:rsidP="004C0E8B">
      <w:pPr>
        <w:ind w:left="454"/>
        <w:rPr>
          <w:rFonts w:hint="eastAsia"/>
          <w:lang w:eastAsia="ja-JP"/>
        </w:rPr>
      </w:pPr>
      <w:r>
        <w:t xml:space="preserve">　　　</w:t>
      </w:r>
      <w:proofErr w:type="spellStart"/>
      <w:proofErr w:type="gramStart"/>
      <w:r>
        <w:t>氏名</w:t>
      </w:r>
      <w:proofErr w:type="spellEnd"/>
      <w:r>
        <w:t xml:space="preserve">　：　＿＿＿＿＿＿＿＿＿＿＿＿＿＿＿＿＿＿＿</w:t>
      </w:r>
      <w:proofErr w:type="gramEnd"/>
    </w:p>
    <w:p w14:paraId="226E784A" w14:textId="77777777" w:rsidR="00E57A63" w:rsidRDefault="004E3CA1">
      <w:pPr>
        <w:ind w:left="454"/>
      </w:pPr>
      <w:r>
        <w:t xml:space="preserve">　</w:t>
      </w:r>
      <w:r>
        <w:t xml:space="preserve">　　</w:t>
      </w:r>
      <w:proofErr w:type="gramStart"/>
      <w:r>
        <w:t>学会会員番号：　＿＿＿＿＿＿＿＿＿＿</w:t>
      </w:r>
      <w:proofErr w:type="gramEnd"/>
    </w:p>
    <w:p w14:paraId="03097B50" w14:textId="77777777" w:rsidR="00E57A63" w:rsidRDefault="004E3CA1">
      <w:pPr>
        <w:ind w:left="454"/>
      </w:pPr>
      <w:r>
        <w:t xml:space="preserve">　　　認定番号　　：　＿＿＿＿＿＿＿＿＿＿</w:t>
      </w:r>
    </w:p>
    <w:p w14:paraId="1DCC6A08" w14:textId="77777777" w:rsidR="00E57A63" w:rsidRDefault="004E3CA1">
      <w:pPr>
        <w:spacing w:before="360" w:line="348" w:lineRule="auto"/>
        <w:ind w:left="227" w:right="170"/>
        <w:rPr>
          <w:lang w:eastAsia="ja-JP"/>
        </w:rPr>
      </w:pPr>
      <w:r>
        <w:rPr>
          <w:lang w:eastAsia="ja-JP"/>
        </w:rPr>
        <w:t>私は、下記期間において日本骨粗鬆症学会骨粗鬆症マネージャー</w:t>
      </w:r>
      <w:r>
        <w:rPr>
          <w:lang w:eastAsia="ja-JP"/>
        </w:rPr>
        <w:br/>
      </w:r>
      <w:r>
        <w:rPr>
          <w:lang w:eastAsia="ja-JP"/>
        </w:rPr>
        <w:t>認定更新にかかわる様式</w:t>
      </w:r>
      <w:r>
        <w:rPr>
          <w:lang w:eastAsia="ja-JP"/>
        </w:rPr>
        <w:t>7</w:t>
      </w:r>
      <w:r>
        <w:rPr>
          <w:lang w:eastAsia="ja-JP"/>
        </w:rPr>
        <w:t>別紙「研修記録一覧」に記載した研修単位を取得いたしました。</w:t>
      </w:r>
    </w:p>
    <w:p w14:paraId="460C70B4" w14:textId="77777777" w:rsidR="00E57A63" w:rsidRDefault="004E3CA1">
      <w:pPr>
        <w:ind w:left="850"/>
        <w:rPr>
          <w:lang w:eastAsia="ja-JP"/>
        </w:rPr>
      </w:pPr>
      <w:r>
        <w:rPr>
          <w:rFonts w:ascii="ＭＳ ゴシック" w:eastAsia="ＭＳ ゴシック" w:hAnsi="ＭＳ ゴシック"/>
          <w:sz w:val="36"/>
          <w:lang w:eastAsia="ja-JP"/>
        </w:rPr>
        <w:t>□</w:t>
      </w:r>
      <w:r>
        <w:rPr>
          <w:lang w:eastAsia="ja-JP"/>
        </w:rPr>
        <w:t xml:space="preserve"> </w:t>
      </w:r>
      <w:r>
        <w:rPr>
          <w:lang w:eastAsia="ja-JP"/>
        </w:rPr>
        <w:t>猶予申請を行なう</w:t>
      </w:r>
    </w:p>
    <w:p w14:paraId="664C71EB" w14:textId="77777777" w:rsidR="00E57A63" w:rsidRDefault="004E3CA1">
      <w:pPr>
        <w:spacing w:before="280"/>
        <w:ind w:left="227"/>
        <w:rPr>
          <w:lang w:eastAsia="ja-JP"/>
        </w:rPr>
      </w:pPr>
      <w:r>
        <w:rPr>
          <w:lang w:eastAsia="ja-JP"/>
        </w:rPr>
        <w:t>認定期間：　西暦　　　　　年</w:t>
      </w:r>
      <w:r>
        <w:rPr>
          <w:lang w:eastAsia="ja-JP"/>
        </w:rPr>
        <w:t xml:space="preserve"> 4 </w:t>
      </w:r>
      <w:r>
        <w:rPr>
          <w:lang w:eastAsia="ja-JP"/>
        </w:rPr>
        <w:t>月　～　西暦　　　　　年</w:t>
      </w:r>
      <w:r>
        <w:rPr>
          <w:lang w:eastAsia="ja-JP"/>
        </w:rPr>
        <w:t xml:space="preserve"> 3 </w:t>
      </w:r>
      <w:r>
        <w:rPr>
          <w:lang w:eastAsia="ja-JP"/>
        </w:rPr>
        <w:t>月</w:t>
      </w:r>
    </w:p>
    <w:p w14:paraId="1DBB3DFB" w14:textId="77777777" w:rsidR="00E57A63" w:rsidRDefault="004E3CA1">
      <w:pPr>
        <w:pStyle w:val="SmallJ"/>
        <w:spacing w:before="560"/>
        <w:ind w:left="340"/>
        <w:rPr>
          <w:lang w:eastAsia="ja-JP"/>
        </w:rPr>
      </w:pPr>
      <w:r>
        <w:rPr>
          <w:lang w:eastAsia="ja-JP"/>
        </w:rPr>
        <w:t>（個人情報は、本認定更新等会員管理目的のみに限って利用するものとします。）</w:t>
      </w:r>
    </w:p>
    <w:p w14:paraId="33459875" w14:textId="77777777" w:rsidR="00E57A63" w:rsidRDefault="004E3CA1">
      <w:pPr>
        <w:rPr>
          <w:lang w:eastAsia="ja-JP"/>
        </w:rPr>
      </w:pPr>
      <w:r>
        <w:rPr>
          <w:lang w:eastAsia="ja-JP"/>
        </w:rPr>
        <w:br w:type="page"/>
      </w:r>
    </w:p>
    <w:p w14:paraId="0FF684EB" w14:textId="77777777" w:rsidR="00E57A63" w:rsidRDefault="004E3CA1">
      <w:pPr>
        <w:jc w:val="right"/>
        <w:rPr>
          <w:lang w:eastAsia="ja-JP"/>
        </w:rPr>
      </w:pPr>
      <w:r>
        <w:rPr>
          <w:sz w:val="20"/>
          <w:lang w:eastAsia="ja-JP"/>
        </w:rPr>
        <w:lastRenderedPageBreak/>
        <w:t>（様式</w:t>
      </w:r>
      <w:r>
        <w:rPr>
          <w:sz w:val="20"/>
          <w:lang w:eastAsia="ja-JP"/>
        </w:rPr>
        <w:t xml:space="preserve"> 7 </w:t>
      </w:r>
      <w:r>
        <w:rPr>
          <w:sz w:val="20"/>
          <w:lang w:eastAsia="ja-JP"/>
        </w:rPr>
        <w:t>別紙）</w:t>
      </w:r>
    </w:p>
    <w:p w14:paraId="7F55D8A0" w14:textId="77777777" w:rsidR="00E57A63" w:rsidRDefault="004E3CA1">
      <w:pPr>
        <w:pStyle w:val="SubtitleJ"/>
        <w:jc w:val="center"/>
        <w:rPr>
          <w:lang w:eastAsia="ja-JP"/>
        </w:rPr>
      </w:pPr>
      <w:r>
        <w:rPr>
          <w:lang w:eastAsia="ja-JP"/>
        </w:rPr>
        <w:t>研修記録一覧</w:t>
      </w:r>
    </w:p>
    <w:p w14:paraId="1B64673E" w14:textId="77777777" w:rsidR="00E57A63" w:rsidRDefault="004E3CA1">
      <w:pPr>
        <w:jc w:val="center"/>
        <w:rPr>
          <w:lang w:eastAsia="ja-JP"/>
        </w:rPr>
      </w:pPr>
      <w:r>
        <w:rPr>
          <w:sz w:val="17"/>
          <w:lang w:eastAsia="ja-JP"/>
        </w:rPr>
        <w:t>（</w:t>
      </w:r>
      <w:r>
        <w:rPr>
          <w:sz w:val="17"/>
          <w:lang w:eastAsia="ja-JP"/>
        </w:rPr>
        <w:t>1</w:t>
      </w:r>
      <w:r>
        <w:rPr>
          <w:sz w:val="17"/>
          <w:lang w:eastAsia="ja-JP"/>
        </w:rPr>
        <w:t>回以上の日本骨粗鬆症学会学術集会参加および合計</w:t>
      </w:r>
      <w:r>
        <w:rPr>
          <w:sz w:val="17"/>
          <w:lang w:eastAsia="ja-JP"/>
        </w:rPr>
        <w:t>50</w:t>
      </w:r>
      <w:r>
        <w:rPr>
          <w:sz w:val="17"/>
          <w:lang w:eastAsia="ja-JP"/>
        </w:rPr>
        <w:t>単位以上が認定更新必要要件）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304"/>
        <w:gridCol w:w="5726"/>
        <w:gridCol w:w="1531"/>
        <w:gridCol w:w="850"/>
      </w:tblGrid>
      <w:tr w:rsidR="00E57A63" w14:paraId="722A3EE6" w14:textId="77777777">
        <w:trPr>
          <w:trHeight w:val="454"/>
          <w:tblHeader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75D96566" w14:textId="77777777" w:rsidR="00E57A63" w:rsidRDefault="004E3CA1">
            <w:pPr>
              <w:jc w:val="center"/>
            </w:pPr>
            <w:proofErr w:type="spellStart"/>
            <w:r>
              <w:rPr>
                <w:sz w:val="17"/>
              </w:rPr>
              <w:t>証票</w:t>
            </w:r>
            <w:proofErr w:type="spellEnd"/>
            <w:r>
              <w:rPr>
                <w:sz w:val="17"/>
              </w:rPr>
              <w:br/>
            </w:r>
            <w:proofErr w:type="spellStart"/>
            <w:r>
              <w:rPr>
                <w:sz w:val="17"/>
              </w:rPr>
              <w:t>番号</w:t>
            </w:r>
            <w:proofErr w:type="spellEnd"/>
          </w:p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013FCE1" w14:textId="77777777" w:rsidR="00E57A63" w:rsidRDefault="004E3CA1">
            <w:pPr>
              <w:jc w:val="center"/>
            </w:pPr>
            <w:r>
              <w:rPr>
                <w:sz w:val="17"/>
              </w:rPr>
              <w:t>実施年月日</w:t>
            </w:r>
          </w:p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09D92347" w14:textId="77777777" w:rsidR="00E57A63" w:rsidRDefault="004E3CA1">
            <w:pPr>
              <w:jc w:val="center"/>
            </w:pPr>
            <w:r>
              <w:rPr>
                <w:sz w:val="17"/>
              </w:rPr>
              <w:t>研修内容</w:t>
            </w:r>
          </w:p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6A2AFE9B" w14:textId="77777777" w:rsidR="00E57A63" w:rsidRDefault="004E3CA1">
            <w:pPr>
              <w:jc w:val="center"/>
              <w:rPr>
                <w:lang w:eastAsia="ja-JP"/>
              </w:rPr>
            </w:pPr>
            <w:r>
              <w:rPr>
                <w:sz w:val="17"/>
                <w:lang w:eastAsia="ja-JP"/>
              </w:rPr>
              <w:t>講演会認定番号</w:t>
            </w:r>
            <w:r>
              <w:rPr>
                <w:sz w:val="17"/>
                <w:lang w:eastAsia="ja-JP"/>
              </w:rPr>
              <w:br/>
            </w:r>
            <w:r>
              <w:rPr>
                <w:sz w:val="17"/>
                <w:lang w:eastAsia="ja-JP"/>
              </w:rPr>
              <w:t>（講演会の場合）</w:t>
            </w:r>
          </w:p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0E7679C5" w14:textId="77777777" w:rsidR="00E57A63" w:rsidRDefault="004E3CA1">
            <w:pPr>
              <w:jc w:val="center"/>
            </w:pPr>
            <w:proofErr w:type="spellStart"/>
            <w:r>
              <w:rPr>
                <w:sz w:val="17"/>
              </w:rPr>
              <w:t>単位数</w:t>
            </w:r>
            <w:proofErr w:type="spellEnd"/>
          </w:p>
        </w:tc>
      </w:tr>
      <w:tr w:rsidR="00E57A63" w14:paraId="7AEF3170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9BBF092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A08E3FD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621F174E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DCE0697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43DFC757" w14:textId="77777777" w:rsidR="00E57A63" w:rsidRDefault="00E57A63"/>
        </w:tc>
      </w:tr>
      <w:tr w:rsidR="00E57A63" w14:paraId="44A4E64B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454897EA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0CF8BA29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D0A7BAE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637924F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2CF4C135" w14:textId="77777777" w:rsidR="00E57A63" w:rsidRDefault="00E57A63"/>
        </w:tc>
      </w:tr>
      <w:tr w:rsidR="00E57A63" w14:paraId="07072EE3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0523B580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45F69257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F58FF34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4434170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3322D79" w14:textId="77777777" w:rsidR="00E57A63" w:rsidRDefault="00E57A63"/>
        </w:tc>
      </w:tr>
      <w:tr w:rsidR="00E57A63" w14:paraId="27684204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99E6939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0D377060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22DEBCFD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604EC88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5F30735" w14:textId="77777777" w:rsidR="00E57A63" w:rsidRDefault="00E57A63"/>
        </w:tc>
      </w:tr>
      <w:tr w:rsidR="00E57A63" w14:paraId="4BB5C732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65B94B0C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0810306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405DB3BA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65C4C966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496F3E4C" w14:textId="77777777" w:rsidR="00E57A63" w:rsidRDefault="00E57A63"/>
        </w:tc>
      </w:tr>
      <w:tr w:rsidR="00E57A63" w14:paraId="782FF611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7A79DFC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46497B4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721C8EFB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4CA63509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F4D6BDE" w14:textId="77777777" w:rsidR="00E57A63" w:rsidRDefault="00E57A63"/>
        </w:tc>
      </w:tr>
      <w:tr w:rsidR="00E57A63" w14:paraId="2203E188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62FFE2E2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0DAFE9EC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0ADB2D7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2B2AD1D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6BA7DE31" w14:textId="77777777" w:rsidR="00E57A63" w:rsidRDefault="00E57A63"/>
        </w:tc>
      </w:tr>
      <w:tr w:rsidR="00E57A63" w14:paraId="14B5AE8F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09EFEF42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4BA6A14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0E845676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05F5B481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E1A5EDA" w14:textId="77777777" w:rsidR="00E57A63" w:rsidRDefault="00E57A63"/>
        </w:tc>
      </w:tr>
      <w:tr w:rsidR="00E57A63" w14:paraId="6D045362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8F663DE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F61ECCD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2AC6544F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59D1A64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470A30F0" w14:textId="77777777" w:rsidR="00E57A63" w:rsidRDefault="00E57A63"/>
        </w:tc>
      </w:tr>
      <w:tr w:rsidR="00E57A63" w14:paraId="7432CF23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9FFBB87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42CA1DA8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EE09A49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698BBDB4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0F9A4C4" w14:textId="77777777" w:rsidR="00E57A63" w:rsidRDefault="00E57A63"/>
        </w:tc>
      </w:tr>
      <w:tr w:rsidR="00E57A63" w14:paraId="199FB163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C416D0C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5013E99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2BCB5A3C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35183CB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939CDF9" w14:textId="77777777" w:rsidR="00E57A63" w:rsidRDefault="00E57A63"/>
        </w:tc>
      </w:tr>
      <w:tr w:rsidR="00E57A63" w14:paraId="2AD0D7B5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E64D3F8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D24A2FE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218DB235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3FA5D1D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46D314C6" w14:textId="77777777" w:rsidR="00E57A63" w:rsidRDefault="00E57A63"/>
        </w:tc>
      </w:tr>
      <w:tr w:rsidR="00E57A63" w14:paraId="3A936937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28F0042F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ADD5937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8B45A2A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79F3C629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80608FC" w14:textId="77777777" w:rsidR="00E57A63" w:rsidRDefault="00E57A63"/>
        </w:tc>
      </w:tr>
      <w:tr w:rsidR="00E57A63" w14:paraId="2A9324B6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44382943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993D7B7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77C7624A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712B6C8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63FAE0E9" w14:textId="77777777" w:rsidR="00E57A63" w:rsidRDefault="00E57A63"/>
        </w:tc>
      </w:tr>
      <w:tr w:rsidR="00E57A63" w14:paraId="178098D2" w14:textId="77777777">
        <w:trPr>
          <w:trHeight w:val="454"/>
          <w:jc w:val="center"/>
        </w:trPr>
        <w:tc>
          <w:tcPr>
            <w:tcW w:w="62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69F41A54" w14:textId="77777777" w:rsidR="00E57A63" w:rsidRDefault="00E57A63"/>
        </w:tc>
        <w:tc>
          <w:tcPr>
            <w:tcW w:w="1304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4A2FBE7" w14:textId="77777777" w:rsidR="00E57A63" w:rsidRDefault="00E57A63"/>
        </w:tc>
        <w:tc>
          <w:tcPr>
            <w:tcW w:w="5726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0BA6C2A2" w14:textId="77777777" w:rsidR="00E57A63" w:rsidRDefault="00E57A63"/>
        </w:tc>
        <w:tc>
          <w:tcPr>
            <w:tcW w:w="1531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1785820B" w14:textId="77777777" w:rsidR="00E57A63" w:rsidRDefault="00E57A63"/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77DA9485" w14:textId="77777777" w:rsidR="00E57A63" w:rsidRDefault="00E57A63"/>
        </w:tc>
      </w:tr>
      <w:tr w:rsidR="00E57A63" w14:paraId="4B882AA6" w14:textId="77777777">
        <w:trPr>
          <w:trHeight w:val="454"/>
          <w:jc w:val="center"/>
        </w:trPr>
        <w:tc>
          <w:tcPr>
            <w:tcW w:w="9185" w:type="dxa"/>
            <w:gridSpan w:val="4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B737659" w14:textId="77777777" w:rsidR="00E57A63" w:rsidRDefault="004E3CA1">
            <w:pPr>
              <w:jc w:val="center"/>
            </w:pPr>
            <w:r>
              <w:rPr>
                <w:b/>
                <w:sz w:val="20"/>
              </w:rPr>
              <w:t>取得合計単位数</w:t>
            </w:r>
          </w:p>
        </w:tc>
        <w:tc>
          <w:tcPr>
            <w:tcW w:w="850" w:type="dxa"/>
            <w:shd w:val="clear" w:color="auto" w:fill="EEF0FA"/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579007CD" w14:textId="77777777" w:rsidR="00E57A63" w:rsidRDefault="00E57A63"/>
        </w:tc>
      </w:tr>
    </w:tbl>
    <w:p w14:paraId="41D900B7" w14:textId="77777777" w:rsidR="00E57A63" w:rsidRDefault="004E3CA1">
      <w:pPr>
        <w:ind w:left="227"/>
        <w:rPr>
          <w:lang w:eastAsia="ja-JP"/>
        </w:rPr>
      </w:pPr>
      <w:r>
        <w:rPr>
          <w:sz w:val="17"/>
          <w:lang w:eastAsia="ja-JP"/>
        </w:rPr>
        <w:t>（参加証、受講証は証票番号を記載し、</w:t>
      </w:r>
      <w:r>
        <w:rPr>
          <w:sz w:val="17"/>
          <w:lang w:eastAsia="ja-JP"/>
        </w:rPr>
        <w:t>A4</w:t>
      </w:r>
      <w:r>
        <w:rPr>
          <w:sz w:val="17"/>
          <w:lang w:eastAsia="ja-JP"/>
        </w:rPr>
        <w:t>の紙に貼付して提出のこと）</w:t>
      </w:r>
    </w:p>
    <w:sectPr w:rsidR="00E57A63" w:rsidSect="00034616">
      <w:pgSz w:w="11906" w:h="16838"/>
      <w:pgMar w:top="1020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739386">
    <w:abstractNumId w:val="8"/>
  </w:num>
  <w:num w:numId="2" w16cid:durableId="145518366">
    <w:abstractNumId w:val="6"/>
  </w:num>
  <w:num w:numId="3" w16cid:durableId="1022704898">
    <w:abstractNumId w:val="5"/>
  </w:num>
  <w:num w:numId="4" w16cid:durableId="1859076758">
    <w:abstractNumId w:val="4"/>
  </w:num>
  <w:num w:numId="5" w16cid:durableId="370035802">
    <w:abstractNumId w:val="7"/>
  </w:num>
  <w:num w:numId="6" w16cid:durableId="1637178278">
    <w:abstractNumId w:val="3"/>
  </w:num>
  <w:num w:numId="7" w16cid:durableId="781612329">
    <w:abstractNumId w:val="2"/>
  </w:num>
  <w:num w:numId="8" w16cid:durableId="2047606867">
    <w:abstractNumId w:val="1"/>
  </w:num>
  <w:num w:numId="9" w16cid:durableId="617875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0E8B"/>
    <w:rsid w:val="004E3CA1"/>
    <w:rsid w:val="004F18C7"/>
    <w:rsid w:val="00AA1D8D"/>
    <w:rsid w:val="00B47730"/>
    <w:rsid w:val="00CB0664"/>
    <w:rsid w:val="00E57A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0C8148"/>
  <w14:defaultImageDpi w14:val="300"/>
  <w15:docId w15:val="{EDDE07E0-8A43-4A04-A5D7-6FCB8A03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52" w:lineRule="auto"/>
    </w:pPr>
    <w:rPr>
      <w:rFonts w:ascii="游明朝" w:eastAsia="游明朝" w:hAnsi="游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J">
    <w:name w:val="TitleJ"/>
    <w:rPr>
      <w:rFonts w:ascii="游明朝" w:eastAsia="游明朝" w:hAnsi="游明朝"/>
      <w:sz w:val="36"/>
    </w:rPr>
  </w:style>
  <w:style w:type="paragraph" w:customStyle="1" w:styleId="SubtitleJ">
    <w:name w:val="SubtitleJ"/>
    <w:rPr>
      <w:rFonts w:ascii="游明朝" w:eastAsia="游明朝" w:hAnsi="游明朝"/>
      <w:sz w:val="32"/>
    </w:rPr>
  </w:style>
  <w:style w:type="paragraph" w:customStyle="1" w:styleId="SmallJ">
    <w:name w:val="SmallJ"/>
    <w:rPr>
      <w:rFonts w:ascii="游明朝" w:eastAsia="游明朝" w:hAnsi="游明朝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260</Characters>
  <Application>Microsoft Office Word</Application>
  <DocSecurity>0</DocSecurity>
  <Lines>260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様式7 骨粗鬆症マネージャー研修記録</dc:title>
  <dc:subject/>
  <dc:creator>髙木 真鈴</dc:creator>
  <cp:keywords/>
  <dc:description>generated by python-docx</dc:description>
  <cp:lastModifiedBy>髙木 真鈴</cp:lastModifiedBy>
  <cp:revision>2</cp:revision>
  <dcterms:created xsi:type="dcterms:W3CDTF">2026-10-13T03:54:00Z</dcterms:created>
  <dcterms:modified xsi:type="dcterms:W3CDTF">2026-10-13T07:21:00Z</dcterms:modified>
  <cp:category/>
</cp:coreProperties>
</file>